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6385D9C2" wp14:textId="77777777">
      <w:pPr>
        <w:spacing w:after="40"/>
        <w:jc w:val="center"/>
      </w:pPr>
      <w:r>
        <w:rPr>
          <w:rFonts w:ascii="Aptos Display" w:hAnsi="Aptos Display"/>
          <w:b/>
          <w:color w:val="1F4E79"/>
          <w:sz w:val="40"/>
        </w:rPr>
        <w:t>KEMI Reinsurance Contracts List</w:t>
      </w:r>
    </w:p>
    <w:p xmlns:wp14="http://schemas.microsoft.com/office/word/2010/wordml" w14:paraId="050FE801" wp14:textId="77777777">
      <w:pPr>
        <w:spacing w:after="200"/>
        <w:jc w:val="center"/>
      </w:pPr>
      <w:r>
        <w:rPr>
          <w:i/>
          <w:color w:val="595959"/>
          <w:sz w:val="18"/>
        </w:rPr>
        <w:t>Contract listing transcribed from provided PDF snips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92"/>
        <w:gridCol w:w="3492"/>
        <w:gridCol w:w="3492"/>
        <w:gridCol w:w="3492"/>
      </w:tblGrid>
      <w:tr xmlns:wp14="http://schemas.microsoft.com/office/word/2010/wordml" w:rsidTr="5736D815" w14:paraId="7897C76C" wp14:textId="77777777">
        <w:trPr>
          <w:tblHeader w:val="true"/>
          <w:cantSplit/>
        </w:trPr>
        <w:tc>
          <w:tcPr>
            <w:tcW w:w="1944" w:type="dxa"/>
            <w:shd w:val="clear" w:color="auto" w:fill="1F4E7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 w14:paraId="0351E950" wp14:textId="77777777">
            <w:pPr>
              <w:jc w:val="center"/>
            </w:pPr>
            <w:r>
              <w:rPr>
                <w:b/>
                <w:color w:val="FFFFFF"/>
                <w:sz w:val="18"/>
              </w:rPr>
              <w:t>Contract</w:t>
            </w:r>
          </w:p>
        </w:tc>
        <w:tc>
          <w:tcPr>
            <w:tcW w:w="1944" w:type="dxa"/>
            <w:shd w:val="clear" w:color="auto" w:fill="1F4E7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 w14:paraId="43C58A28" wp14:textId="77777777">
            <w:pPr>
              <w:jc w:val="center"/>
            </w:pPr>
            <w:r>
              <w:rPr>
                <w:b/>
                <w:color w:val="FFFFFF"/>
                <w:sz w:val="18"/>
              </w:rPr>
              <w:t>Effective Date</w:t>
            </w:r>
          </w:p>
        </w:tc>
        <w:tc>
          <w:tcPr>
            <w:tcW w:w="1944" w:type="dxa"/>
            <w:shd w:val="clear" w:color="auto" w:fill="1F4E7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 w14:paraId="48F0897B" wp14:textId="77777777">
            <w:pPr>
              <w:jc w:val="center"/>
            </w:pPr>
            <w:r>
              <w:rPr>
                <w:b/>
                <w:color w:val="FFFFFF"/>
                <w:sz w:val="18"/>
              </w:rPr>
              <w:t>Expiration Date</w:t>
            </w:r>
          </w:p>
        </w:tc>
        <w:tc>
          <w:tcPr>
            <w:tcW w:w="7416" w:type="dxa"/>
            <w:shd w:val="clear" w:color="auto" w:fill="1F4E7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 w14:paraId="31FF54C8" wp14:textId="77777777">
            <w:pPr>
              <w:jc w:val="left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</w:tr>
      <w:tr xmlns:wp14="http://schemas.microsoft.com/office/word/2010/wordml" w:rsidTr="5736D815" w14:paraId="5DB956C0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54BA92A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05QUOTA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602ACEA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01/01/2005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ECAFFA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01/01/2006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BDE17FA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2005 Quota Share Contract</w:t>
            </w:r>
          </w:p>
        </w:tc>
      </w:tr>
      <w:tr xmlns:wp14="http://schemas.microsoft.com/office/word/2010/wordml" w:rsidTr="5736D815" w14:paraId="61E533D0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EC3FCB3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06QUOTA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7D725C8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01/01/2006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766AAFF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01/01/2007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6288BEB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2006 Quota Share Contract</w:t>
            </w:r>
          </w:p>
        </w:tc>
      </w:tr>
      <w:tr xmlns:wp14="http://schemas.microsoft.com/office/word/2010/wordml" w:rsidTr="5736D815" w14:paraId="1EE96D7B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4AE3957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07QUOTA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933A0B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01/01/2007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12F830C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01/01/2008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0ACE433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2007 Quota Share Contract</w:t>
            </w:r>
          </w:p>
        </w:tc>
      </w:tr>
      <w:tr xmlns:wp14="http://schemas.microsoft.com/office/word/2010/wordml" w:rsidTr="5736D815" w14:paraId="2A1C8FDD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4C7755C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08QUOTA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EE8DD1A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01/01/2008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7142CCA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01/01/2009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28CC4A9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2008 Quota Share Contract</w:t>
            </w:r>
          </w:p>
        </w:tc>
      </w:tr>
      <w:tr xmlns:wp14="http://schemas.microsoft.com/office/word/2010/wordml" w:rsidTr="5736D815" w14:paraId="1B06D280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565E82E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09POLICY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CE133C8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01/01/2009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3681BB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01/01/2010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3E39B769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2009 Policies for Runoff</w:t>
            </w:r>
          </w:p>
        </w:tc>
      </w:tr>
      <w:tr xmlns:wp14="http://schemas.microsoft.com/office/word/2010/wordml" w:rsidTr="5736D815" w14:paraId="6513FC9F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1D4048F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1995PR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CEFE50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09/01/1995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5AD1977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09/01/1996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E448A71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1995 Per Person Risk</w:t>
            </w:r>
          </w:p>
        </w:tc>
      </w:tr>
      <w:tr xmlns:wp14="http://schemas.microsoft.com/office/word/2010/wordml" w:rsidTr="5736D815" w14:paraId="2ECA357C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9970A36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1995XOL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383C39C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09/01/1995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CD3DD2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09/01/1996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500034E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1995 XOL Master Contract</w:t>
            </w:r>
          </w:p>
        </w:tc>
      </w:tr>
      <w:tr xmlns:wp14="http://schemas.microsoft.com/office/word/2010/wordml" w:rsidTr="5736D815" w14:paraId="7B4B9F82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2306ADA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1996PR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D94611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09/01/1996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E124F37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09/01/1997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E3A8321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1996 Per Person Risk</w:t>
            </w:r>
          </w:p>
        </w:tc>
      </w:tr>
      <w:tr xmlns:wp14="http://schemas.microsoft.com/office/word/2010/wordml" w:rsidTr="5736D815" w14:paraId="3DF1D986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32D870F7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1996XOL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3B19B7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09/01/1996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388A89F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09/01/1997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87B76ED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1996 XOL Master Contract</w:t>
            </w:r>
          </w:p>
        </w:tc>
      </w:tr>
      <w:tr xmlns:wp14="http://schemas.microsoft.com/office/word/2010/wordml" w:rsidTr="5736D815" w14:paraId="4ABC8676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D17A57F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1997PR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7B2E000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09/01/1997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2953E6F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09/01/1998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A68E8D9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1997 Per Person Risk</w:t>
            </w:r>
          </w:p>
        </w:tc>
      </w:tr>
      <w:tr xmlns:wp14="http://schemas.microsoft.com/office/word/2010/wordml" w:rsidTr="5736D815" w14:paraId="76E1CBAB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3740A4F9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1997XOL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01BA037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09/01/1997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B5F756F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09/01/1998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7839C95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1997 XOL Master Contract</w:t>
            </w:r>
          </w:p>
        </w:tc>
      </w:tr>
      <w:tr xmlns:wp14="http://schemas.microsoft.com/office/word/2010/wordml" w:rsidTr="5736D815" w14:paraId="3FF9223A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C68AD35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1998XOL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CE32AF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09/01/1998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5E933F8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09/01/1999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C1C1496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1998 XOL Master Contract</w:t>
            </w:r>
          </w:p>
        </w:tc>
      </w:tr>
      <w:tr xmlns:wp14="http://schemas.microsoft.com/office/word/2010/wordml" w:rsidTr="5736D815" w14:paraId="42C4A79B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B688AAE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1999XOL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7B4BDBD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09/01/1999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D20A5F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09/01/2000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9381015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1999 XOL Master Contract</w:t>
            </w:r>
          </w:p>
        </w:tc>
      </w:tr>
      <w:tr xmlns:wp14="http://schemas.microsoft.com/office/word/2010/wordml" w:rsidTr="5736D815" w14:paraId="4AB159DA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997E3E4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2000XOL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AE0B775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09/01/2000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F7E29C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09/01/2001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C406CBF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2000 XOL Master Contract</w:t>
            </w:r>
          </w:p>
        </w:tc>
      </w:tr>
      <w:tr xmlns:wp14="http://schemas.microsoft.com/office/word/2010/wordml" w:rsidTr="5736D815" w14:paraId="25694F30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39FC267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2001XOL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109D4E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09/01/2001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30601C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09/01/2002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85DF151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2001 XOL Master Contract</w:t>
            </w:r>
          </w:p>
        </w:tc>
      </w:tr>
      <w:tr xmlns:wp14="http://schemas.microsoft.com/office/word/2010/wordml" w:rsidTr="5736D815" w14:paraId="0AA06D77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269CE3C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2002XOL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DB5E59A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09/01/2002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150D46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09/01/2003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ACFCED8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2002 XOL Master Contract</w:t>
            </w:r>
          </w:p>
        </w:tc>
      </w:tr>
      <w:tr xmlns:wp14="http://schemas.microsoft.com/office/word/2010/wordml" w:rsidTr="5736D815" w14:paraId="31462A6F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B4406E8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2003XOL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3B439255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09/01/2003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50AA519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09/01/2004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6EA048D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2003 XOL Master Contract</w:t>
            </w:r>
          </w:p>
        </w:tc>
      </w:tr>
      <w:tr xmlns:wp14="http://schemas.microsoft.com/office/word/2010/wordml" w:rsidTr="5736D815" w14:paraId="2B2E0646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43FF541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2004XOL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7A02E8A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09/01/2004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E3463B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09/01/2005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245CA14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2004 XOL Master Contract</w:t>
            </w:r>
          </w:p>
        </w:tc>
      </w:tr>
      <w:tr xmlns:wp14="http://schemas.microsoft.com/office/word/2010/wordml" w:rsidTr="5736D815" w14:paraId="1DAC1B4E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C4123A5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2005XOL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FDB1F1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09/01/2005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B08C75D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09/01/2006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24BCD9A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2005 XOL Master Contract</w:t>
            </w:r>
          </w:p>
        </w:tc>
      </w:tr>
      <w:tr xmlns:wp14="http://schemas.microsoft.com/office/word/2010/wordml" w:rsidTr="5736D815" w14:paraId="0DCEE905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133550F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2006XOL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439FAF7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09/01/2006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79A3EFC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09/01/2007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92530C9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2006 XOL Master Contract</w:t>
            </w:r>
          </w:p>
        </w:tc>
      </w:tr>
      <w:tr xmlns:wp14="http://schemas.microsoft.com/office/word/2010/wordml" w:rsidTr="5736D815" w14:paraId="3123118F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E86E387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2007XOL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389650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09/01/2007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A19A57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09/01/2008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2C07047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2007 XOL Master Contract</w:t>
            </w:r>
          </w:p>
        </w:tc>
      </w:tr>
      <w:tr xmlns:wp14="http://schemas.microsoft.com/office/word/2010/wordml" w:rsidTr="5736D815" w14:paraId="61193FBA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F7C3AB9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2008XOL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FFB2787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09/01/2008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79B2B9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09/01/2009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F04BED8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2008 XOL Master Contract</w:t>
            </w:r>
          </w:p>
        </w:tc>
      </w:tr>
      <w:tr xmlns:wp14="http://schemas.microsoft.com/office/word/2010/wordml" w:rsidTr="5736D815" w14:paraId="74E33270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EE3771A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2009XOL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557A611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09/01/2009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73A94B8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09/01/2010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17E8F81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2009 XOL Master Contract</w:t>
            </w:r>
          </w:p>
        </w:tc>
      </w:tr>
      <w:tr xmlns:wp14="http://schemas.microsoft.com/office/word/2010/wordml" w:rsidTr="5736D815" w14:paraId="7D2B7E54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0DB6543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2010XOL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7F03D2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09/01/2010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2E0B44F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09/01/2011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7B3047B9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2010 XOL Master Contract</w:t>
            </w:r>
          </w:p>
        </w:tc>
      </w:tr>
      <w:tr xmlns:wp14="http://schemas.microsoft.com/office/word/2010/wordml" w:rsidTr="5736D815" w14:paraId="510381B0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4FEB7C0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2011XOL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AB2C28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09/01/2011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BCEA20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09/01/2012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95CF09D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2011 XOL Master Contract</w:t>
            </w:r>
          </w:p>
        </w:tc>
      </w:tr>
      <w:tr xmlns:wp14="http://schemas.microsoft.com/office/word/2010/wordml" w:rsidTr="5736D815" w14:paraId="04327583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7F86A6B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2012TERR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5603D0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09/01/2012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DD4F061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09/01/2013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8F990D0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2012 Terrorism Contract</w:t>
            </w:r>
          </w:p>
        </w:tc>
      </w:tr>
      <w:tr xmlns:wp14="http://schemas.microsoft.com/office/word/2010/wordml" w:rsidTr="5736D815" w14:paraId="75645BD9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D14DB33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2012XOL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9ABB36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09/01/2012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06F05F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09/01/2013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A753BEB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2012 XOL Master Contract</w:t>
            </w:r>
          </w:p>
        </w:tc>
      </w:tr>
      <w:tr xmlns:wp14="http://schemas.microsoft.com/office/word/2010/wordml" w:rsidTr="5736D815" w14:paraId="0CA49495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5B6268F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2013TERR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241013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09/01/2013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0207D05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09/01/2014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79A2D625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2013 Terrorism Contract</w:t>
            </w:r>
          </w:p>
        </w:tc>
      </w:tr>
      <w:tr xmlns:wp14="http://schemas.microsoft.com/office/word/2010/wordml" w:rsidTr="5736D815" w14:paraId="7986A5F1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89E3C26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2013XOL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1198EA9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09/01/2013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B9F08D8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09/01/2014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AA20EE6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2013 XOL Master Contract</w:t>
            </w:r>
          </w:p>
        </w:tc>
      </w:tr>
      <w:tr xmlns:wp14="http://schemas.microsoft.com/office/word/2010/wordml" w:rsidTr="5736D815" w14:paraId="6CC9E8A6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83F9DBD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2014XOL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50E3453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09/01/2014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8168D4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01/01/2016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B9F5223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2014 XOL Master Contract</w:t>
            </w:r>
          </w:p>
        </w:tc>
      </w:tr>
      <w:tr xmlns:wp14="http://schemas.microsoft.com/office/word/2010/wordml" w:rsidTr="5736D815" w14:paraId="66898D32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5612683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2016XOL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5A23A2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01/01/2016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279586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01/01/2017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B044FC9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2016 XOL Master Contract</w:t>
            </w:r>
          </w:p>
        </w:tc>
      </w:tr>
      <w:tr xmlns:wp14="http://schemas.microsoft.com/office/word/2010/wordml" w:rsidTr="5736D815" w14:paraId="2A9A871B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B007D62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2017XOL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87B609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01/01/2017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093FF1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01/01/2018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EF3F990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2017 XOL Master Contract</w:t>
            </w:r>
          </w:p>
        </w:tc>
      </w:tr>
      <w:tr xmlns:wp14="http://schemas.microsoft.com/office/word/2010/wordml" w:rsidTr="5736D815" w14:paraId="2131CC7A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33B1F29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2018XOL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FA6494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01/01/2018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3F69FB2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01/01/2019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600E017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2018 XOL Master Contract</w:t>
            </w:r>
          </w:p>
        </w:tc>
      </w:tr>
      <w:tr xmlns:wp14="http://schemas.microsoft.com/office/word/2010/wordml" w:rsidTr="5736D815" w14:paraId="727A29A2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028EEBE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2019FAC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1BBF088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10/01/2019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5B017E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01/01/2021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BB65D99" wp14:textId="48B6C76B">
            <w:pPr>
              <w:spacing w:after="0" w:line="240" w:lineRule="auto"/>
              <w:jc w:val="left"/>
            </w:pPr>
            <w:r w:rsidRPr="5736D815" w:rsidR="5736D815">
              <w:rPr>
                <w:sz w:val="17"/>
                <w:szCs w:val="17"/>
              </w:rPr>
              <w:t xml:space="preserve">2019 </w:t>
            </w:r>
            <w:r w:rsidRPr="5736D815" w:rsidR="5736D815">
              <w:rPr>
                <w:sz w:val="17"/>
                <w:szCs w:val="17"/>
              </w:rPr>
              <w:t>Facultative</w:t>
            </w:r>
            <w:r w:rsidRPr="5736D815" w:rsidR="5736D815">
              <w:rPr>
                <w:sz w:val="17"/>
                <w:szCs w:val="17"/>
              </w:rPr>
              <w:t xml:space="preserve"> Cat</w:t>
            </w:r>
          </w:p>
        </w:tc>
      </w:tr>
      <w:tr xmlns:wp14="http://schemas.microsoft.com/office/word/2010/wordml" w:rsidTr="5736D815" w14:paraId="0E76E8C0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9DFA264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2019XOL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00A6D1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01/01/2019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7497EF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01/01/2020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9F1D8AA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2019 XOL Master Contract</w:t>
            </w:r>
          </w:p>
        </w:tc>
      </w:tr>
      <w:tr xmlns:wp14="http://schemas.microsoft.com/office/word/2010/wordml" w:rsidTr="5736D815" w14:paraId="2911D54E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358409B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2020XOL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04B2B7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01/01/2020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B995C59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01/01/2021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1A825C3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2020 XOL Master Contract</w:t>
            </w:r>
          </w:p>
        </w:tc>
      </w:tr>
      <w:tr xmlns:wp14="http://schemas.microsoft.com/office/word/2010/wordml" w:rsidTr="5736D815" w14:paraId="71786C5A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3D89F95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2021FAC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51A0495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01/01/2021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6D40489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01/01/2022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82FCA2A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2021 Facultative Cat</w:t>
            </w:r>
          </w:p>
        </w:tc>
      </w:tr>
      <w:tr xmlns:wp14="http://schemas.microsoft.com/office/word/2010/wordml" w:rsidTr="5736D815" w14:paraId="6D51465D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7D4A6E4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2021XOL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009AA4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01/01/2021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3D8AD71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01/01/2022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7E0A0C8E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2021 XOL Master Contract</w:t>
            </w:r>
          </w:p>
        </w:tc>
      </w:tr>
      <w:tr xmlns:wp14="http://schemas.microsoft.com/office/word/2010/wordml" w:rsidTr="5736D815" w14:paraId="1CB7D7DD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1046CE6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2022FAC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34C95F2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01/01/2022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56D34DC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01/01/2023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1E08A2D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2022 Facultative Cat</w:t>
            </w:r>
          </w:p>
        </w:tc>
      </w:tr>
      <w:tr xmlns:wp14="http://schemas.microsoft.com/office/word/2010/wordml" w:rsidTr="5736D815" w14:paraId="5D30A940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B2C53DC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2022XOL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CAEC6F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01/01/2022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C5BAD93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01/01/2023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D7A9CEA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2022 XOL Master Contract</w:t>
            </w:r>
          </w:p>
        </w:tc>
      </w:tr>
      <w:tr xmlns:wp14="http://schemas.microsoft.com/office/word/2010/wordml" w:rsidTr="5736D815" w14:paraId="6E5FEEF8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F44AF92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2023FAC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47E768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01/01/2023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E66C14E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01/01/2024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2CF38D82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2023 Facultative Cat</w:t>
            </w:r>
          </w:p>
        </w:tc>
      </w:tr>
      <w:tr xmlns:wp14="http://schemas.microsoft.com/office/word/2010/wordml" w:rsidTr="5736D815" w14:paraId="40287469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1687871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2023XOL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29094A8F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01/01/2023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A1387B5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01/01/2024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B3E2A31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2023 XOL Master Contract</w:t>
            </w:r>
          </w:p>
        </w:tc>
      </w:tr>
      <w:tr xmlns:wp14="http://schemas.microsoft.com/office/word/2010/wordml" w:rsidTr="5736D815" w14:paraId="1BFAD94D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94BA0EF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2024FAC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798E2B5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01/01/2024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BDC33E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01/01/2025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F76645B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2024 Facultative Cat</w:t>
            </w:r>
          </w:p>
        </w:tc>
      </w:tr>
      <w:tr xmlns:wp14="http://schemas.microsoft.com/office/word/2010/wordml" w:rsidTr="5736D815" w14:paraId="2A600DD1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19EDD409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2024XOL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968DEB7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01/01/2024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9163CA1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01/01/2025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45B59541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2024 XOL Master Contract</w:t>
            </w:r>
          </w:p>
        </w:tc>
      </w:tr>
      <w:tr xmlns:wp14="http://schemas.microsoft.com/office/word/2010/wordml" w:rsidTr="5736D815" w14:paraId="2345ADB9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DA27BE4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2025FAC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35B309C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01/01/2025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F71A5A2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01/01/2026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44B756F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2025 Facultative Cat</w:t>
            </w:r>
          </w:p>
        </w:tc>
      </w:tr>
      <w:tr xmlns:wp14="http://schemas.microsoft.com/office/word/2010/wordml" w:rsidTr="5736D815" w14:paraId="0488354D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516EA6A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2025XOL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75BB944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01/01/2025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55B3DA70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01/01/2026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578527D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2025 XOL Master Contract</w:t>
            </w:r>
          </w:p>
        </w:tc>
      </w:tr>
      <w:tr xmlns:wp14="http://schemas.microsoft.com/office/word/2010/wordml" w:rsidTr="5736D815" w14:paraId="60201916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3E472507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2026FAC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9A6B794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01/01/2026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3CB74A6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01/01/2027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5A5DC4D6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2026 Facultative Cat</w:t>
            </w:r>
          </w:p>
        </w:tc>
      </w:tr>
      <w:tr xmlns:wp14="http://schemas.microsoft.com/office/word/2010/wordml" w:rsidTr="5736D815" w14:paraId="0318F6D8" wp14:textId="77777777">
        <w:trPr>
          <w:cantSplit/>
        </w:trPr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7851A3E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2026XOL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341D375A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01/01/2026</w:t>
            </w:r>
          </w:p>
        </w:tc>
        <w:tc>
          <w:tcPr>
            <w:tcW w:w="1944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06CBF83B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01/01/2027</w:t>
            </w:r>
          </w:p>
        </w:tc>
        <w:tc>
          <w:tcPr>
            <w:tcW w:w="7416" w:type="dxa"/>
            <w:shd w:val="clear" w:color="auto" w:fill="EAF2F8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  <w:shd w:fill="EAF2F8"/>
          </w:tcPr>
          <w:p w14:paraId="6B19BEAA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2026 XOL Master Contract</w:t>
            </w:r>
          </w:p>
        </w:tc>
      </w:tr>
      <w:tr xmlns:wp14="http://schemas.microsoft.com/office/word/2010/wordml" w:rsidTr="5736D815" w14:paraId="043D853F" wp14:textId="77777777">
        <w:trPr>
          <w:cantSplit/>
        </w:trPr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04110C3A" wp14:textId="77777777">
            <w:pPr>
              <w:spacing w:after="0" w:line="240" w:lineRule="auto"/>
              <w:jc w:val="center"/>
            </w:pPr>
            <w:r>
              <w:rPr>
                <w:b/>
                <w:color w:val="1F4E79"/>
                <w:sz w:val="17"/>
              </w:rPr>
              <w:t>DIRECT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7557C7C5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01/01/1995</w:t>
            </w:r>
          </w:p>
        </w:tc>
        <w:tc>
          <w:tcPr>
            <w:tcW w:w="1944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485418B9" wp14:textId="77777777">
            <w:pPr>
              <w:spacing w:after="0" w:line="240" w:lineRule="auto"/>
              <w:jc w:val="center"/>
            </w:pPr>
            <w:r>
              <w:rPr>
                <w:sz w:val="17"/>
              </w:rPr>
              <w:t>12/31/2020</w:t>
            </w:r>
          </w:p>
        </w:tc>
        <w:tc>
          <w:tcPr>
            <w:tcW w:w="7416" w:type="dxa"/>
            <w:tcMar>
              <w:top w:w="70" w:type="dxa"/>
              <w:start w:w="110" w:type="dxa"/>
              <w:bottom w:w="70" w:type="dxa"/>
              <w:end w:w="110" w:type="dxa"/>
            </w:tcMar>
            <w:vAlign w:val="center"/>
          </w:tcPr>
          <w:p w14:paraId="19A2973E" wp14:textId="77777777">
            <w:pPr>
              <w:spacing w:after="0" w:line="240" w:lineRule="auto"/>
              <w:jc w:val="left"/>
            </w:pPr>
            <w:r>
              <w:rPr>
                <w:sz w:val="17"/>
              </w:rPr>
              <w:t>Direct Contract</w:t>
            </w:r>
          </w:p>
        </w:tc>
      </w:tr>
    </w:tbl>
    <w:sectPr w:rsidRPr="0006063C" w:rsidR="00FC693F" w:rsidSect="00034616">
      <w:footerReference w:type="default" r:id="rId9"/>
      <w:pgSz w:w="15840" w:h="12240" w:orient="landscape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7800A775" wp14:textId="77777777">
    <w:pPr>
      <w:pStyle w:val="Footer"/>
      <w:jc w:val="center"/>
    </w:pPr>
    <w:r>
      <w:rPr>
        <w:color w:val="646464"/>
        <w:sz w:val="16"/>
      </w:rPr>
      <w:t xml:space="preserve">Source: KEMI Reinsurance Contracts List.pdf  |  </w:t>
    </w:r>
    <w:r>
      <w:rPr>
        <w:color w:val="646464"/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736D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91043B70-1533-4036-B53B-7EC59DAC61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KEMI Reinsurance Contracts List</dc:title>
  <dc:subject>Listing transcribed from PDF snips</dc:subject>
  <dc:creator>Faye Creech</dc:creator>
  <keywords/>
  <dc:description>generated by python-docx</dc:description>
  <lastModifiedBy>Faye Creech</lastModifiedBy>
  <revision>2</revision>
  <dcterms:created xsi:type="dcterms:W3CDTF">2026-08-21T18:14:44.5971458Z</dcterms:created>
  <dcterms:modified xsi:type="dcterms:W3CDTF">2026-08-21T18:19:01.8344345Z</dcterms:modified>
  <category/>
</coreProperties>
</file>